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365B3F96" w:rsidR="00AD35FD" w:rsidRDefault="003A5BAF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65A326EC" wp14:editId="3F1905E0">
                  <wp:extent cx="480695" cy="641985"/>
                  <wp:effectExtent l="0" t="0" r="0" b="5715"/>
                  <wp:docPr id="2" name="Picture 1" descr="Description: C:\Users\User\Desktop\videle sigla - Copy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Description: C:\Users\User\Desktop\videle sigla - Copy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95" cy="641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61AD515F" w:rsidR="00AD35FD" w:rsidRPr="00307FA3" w:rsidRDefault="0038119B">
            <w:pPr>
              <w:keepNext/>
            </w:pPr>
            <w:r>
              <w:rPr>
                <w:b/>
                <w:color w:val="0D5F78"/>
              </w:rPr>
              <w:t>Județul</w:t>
            </w:r>
            <w:r w:rsidR="00307FA3">
              <w:rPr>
                <w:b/>
                <w:color w:val="0D5F78"/>
              </w:rPr>
              <w:t xml:space="preserve"> </w:t>
            </w:r>
            <w:r w:rsidR="00307FA3" w:rsidRPr="00307FA3">
              <w:rPr>
                <w:b/>
              </w:rPr>
              <w:t>TELEORMAN</w:t>
            </w:r>
          </w:p>
          <w:p w14:paraId="263D9566" w14:textId="77777777" w:rsidR="00AD35FD" w:rsidRDefault="00AD35FD">
            <w:pPr>
              <w:keepNext/>
            </w:pP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01EECC2B" w14:textId="127D081F" w:rsidR="00AD35FD" w:rsidRPr="00307FA3" w:rsidRDefault="0038119B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  <w:r w:rsidR="00307FA3">
              <w:rPr>
                <w:b/>
                <w:color w:val="0D5F78"/>
              </w:rPr>
              <w:t xml:space="preserve"> </w:t>
            </w:r>
            <w:r w:rsidR="00307FA3" w:rsidRPr="00307FA3">
              <w:rPr>
                <w:b/>
              </w:rPr>
              <w:t>PRIMARIA ORASULUI VIDELE</w:t>
            </w:r>
          </w:p>
          <w:p w14:paraId="411B3CAD" w14:textId="77777777" w:rsidR="00AD35FD" w:rsidRDefault="00AD35FD">
            <w:pPr>
              <w:keepNext/>
            </w:pP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38119B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Cod de identificare fiscală (CIF)</w:t>
            </w:r>
          </w:p>
          <w:p w14:paraId="7DC4DCC4" w14:textId="7160804B" w:rsidR="00AD35FD" w:rsidRPr="007050CD" w:rsidRDefault="00307FA3">
            <w:pPr>
              <w:keepNext/>
              <w:rPr>
                <w:lang w:val="fr-FR"/>
              </w:rPr>
            </w:pPr>
            <w:r>
              <w:rPr>
                <w:lang w:val="fr-FR"/>
              </w:rPr>
              <w:t>6853155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249AF8ED" w14:textId="77777777" w:rsidR="00307FA3" w:rsidRDefault="00307FA3" w:rsidP="00307FA3">
            <w:pPr>
              <w:keepNext/>
            </w:pPr>
            <w:r>
              <w:t xml:space="preserve">ORAS VIDELE, STRADA REPUBLICII, NR. 2, TEL. 0247453017, </w:t>
            </w:r>
          </w:p>
          <w:p w14:paraId="1C11E709" w14:textId="54057B85" w:rsidR="00AD35FD" w:rsidRDefault="00307FA3" w:rsidP="00307FA3">
            <w:pPr>
              <w:keepNext/>
            </w:pPr>
            <w:r>
              <w:rPr>
                <w:spacing w:val="20"/>
                <w:sz w:val="16"/>
                <w:szCs w:val="16"/>
              </w:rPr>
              <w:t>E-mail: primariavidele@yahoo.com; office@primariavidele.ro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38119B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58FEB982" w14:textId="77777777" w:rsidR="00AD35FD" w:rsidRPr="005E6036" w:rsidRDefault="0038119B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38119B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38119B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38119B">
            <w:pPr>
              <w:spacing w:line="228" w:lineRule="auto"/>
            </w:pPr>
            <w:r w:rsidRPr="005E6036">
              <w:t>Cererea va fi</w:t>
            </w:r>
            <w:r w:rsidR="007050CD" w:rsidRPr="005E6036">
              <w:t xml:space="preserve"> adresată</w:t>
            </w:r>
            <w:r w:rsidRPr="005E6036">
              <w:t xml:space="preserve"> către președintele consiliului județean, primarul general, primarul de sector sau primarul municipiului / orașului / comunei, după caz.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38119B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38119B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38119B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38119B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38119B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38119B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38119B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38119B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38119B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38119B">
            <w:r>
              <w:rPr>
                <w:b/>
                <w:color w:val="0D5F78"/>
              </w:rPr>
              <w:t>în valoare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38119B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38119B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38119B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38119B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au fost finalizate lucrările de construcții autorizate</w:t>
            </w:r>
          </w:p>
          <w:p w14:paraId="70DA8600" w14:textId="77777777" w:rsidR="00AD35FD" w:rsidRDefault="0038119B">
            <w:r>
              <w:rPr>
                <w:i/>
                <w:color w:val="7A7A7A"/>
              </w:rPr>
              <w:t>pentru imobilul de mai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38119B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38119B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38119B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Număr cadastral</w:t>
            </w:r>
          </w:p>
          <w:p w14:paraId="75CF10B0" w14:textId="77777777" w:rsidR="00AD35FD" w:rsidRPr="007050CD" w:rsidRDefault="0038119B">
            <w:pPr>
              <w:keepNext/>
              <w:rPr>
                <w:lang w:val="fr-FR"/>
              </w:rPr>
            </w:pPr>
            <w:r w:rsidRPr="007050CD">
              <w:rPr>
                <w:i/>
                <w:color w:val="7A7A7A"/>
                <w:lang w:val="fr-FR"/>
              </w:rPr>
              <w:t>dacă imobilul e înscris în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38119B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38119B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38119B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Se convoacă comisia de recepție la terminarea lucrărilor,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38119B">
            <w:r>
              <w:rPr>
                <w:b/>
                <w:color w:val="0D5F78"/>
              </w:rPr>
              <w:t>ora</w:t>
            </w:r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38119B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38119B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38119B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38119B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D59FDE" w14:textId="77777777" w:rsidR="00201F7D" w:rsidRDefault="00201F7D">
      <w:r>
        <w:separator/>
      </w:r>
    </w:p>
  </w:endnote>
  <w:endnote w:type="continuationSeparator" w:id="0">
    <w:p w14:paraId="0E7760D9" w14:textId="77777777" w:rsidR="00201F7D" w:rsidRDefault="00201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6F1F6F" w14:textId="7C30F0FC" w:rsidR="00AD35FD" w:rsidRDefault="0038119B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A5BAF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A5BAF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74B328" w14:textId="77777777" w:rsidR="00201F7D" w:rsidRDefault="00201F7D">
      <w:r>
        <w:separator/>
      </w:r>
    </w:p>
  </w:footnote>
  <w:footnote w:type="continuationSeparator" w:id="0">
    <w:p w14:paraId="0EA5875C" w14:textId="77777777" w:rsidR="00201F7D" w:rsidRDefault="00201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6E6F"/>
    <w:rsid w:val="00201F7D"/>
    <w:rsid w:val="0029639D"/>
    <w:rsid w:val="00307FA3"/>
    <w:rsid w:val="00326F90"/>
    <w:rsid w:val="0038119B"/>
    <w:rsid w:val="003A5BAF"/>
    <w:rsid w:val="005E6036"/>
    <w:rsid w:val="006C103E"/>
    <w:rsid w:val="007050CD"/>
    <w:rsid w:val="008E3393"/>
    <w:rsid w:val="00AA1D8D"/>
    <w:rsid w:val="00AD35FD"/>
    <w:rsid w:val="00B47730"/>
    <w:rsid w:val="00B769B5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7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6AA1D3-26CE-4348-B3B3-176012B39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urbanism_3</cp:lastModifiedBy>
  <cp:revision>5</cp:revision>
  <dcterms:created xsi:type="dcterms:W3CDTF">2013-12-23T23:15:00Z</dcterms:created>
  <dcterms:modified xsi:type="dcterms:W3CDTF">2026-09-23T11:39:00Z</dcterms:modified>
  <cp:category/>
</cp:coreProperties>
</file>